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74748" w14:textId="4F60F6B0" w:rsidR="00C560E1" w:rsidRPr="00410B09" w:rsidRDefault="00410B09" w:rsidP="00410B09">
      <w:pPr>
        <w:pStyle w:val="Heading2"/>
        <w:spacing w:before="0"/>
        <w:rPr>
          <w:rFonts w:ascii="Times New Roman" w:hAnsi="Times New Roman" w:cs="Times New Roman"/>
          <w:color w:val="00B050"/>
          <w:sz w:val="24"/>
          <w:szCs w:val="24"/>
        </w:rPr>
      </w:pPr>
      <w:r w:rsidRPr="00410B09">
        <w:rPr>
          <w:rFonts w:ascii="Times New Roman" w:hAnsi="Times New Roman" w:cs="Times New Roman"/>
          <w:color w:val="00B050"/>
          <w:sz w:val="24"/>
          <w:szCs w:val="24"/>
        </w:rPr>
        <w:t xml:space="preserve">Nine Limbs Strikers </w:t>
      </w:r>
      <w:r w:rsidR="00000000" w:rsidRPr="00410B09">
        <w:rPr>
          <w:rFonts w:ascii="Times New Roman" w:hAnsi="Times New Roman" w:cs="Times New Roman"/>
          <w:color w:val="00B050"/>
          <w:sz w:val="24"/>
          <w:szCs w:val="24"/>
        </w:rPr>
        <w:t>Employment Application</w:t>
      </w:r>
    </w:p>
    <w:p w14:paraId="39B66DDF" w14:textId="77777777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Please complete all sections. Incomplete applications may not be considered.</w:t>
      </w:r>
    </w:p>
    <w:p w14:paraId="26A1E040" w14:textId="77777777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Submit completed application to: teamninelimbs@gmail.com</w:t>
      </w:r>
    </w:p>
    <w:p w14:paraId="2B24C1BB" w14:textId="77777777" w:rsidR="00C560E1" w:rsidRPr="00410B09" w:rsidRDefault="00000000" w:rsidP="00410B09">
      <w:pPr>
        <w:pStyle w:val="Heading3"/>
        <w:spacing w:before="0"/>
        <w:rPr>
          <w:rFonts w:ascii="Times New Roman" w:hAnsi="Times New Roman" w:cs="Times New Roman"/>
          <w:color w:val="00B050"/>
          <w:sz w:val="24"/>
          <w:szCs w:val="24"/>
        </w:rPr>
      </w:pPr>
      <w:r w:rsidRPr="00410B09">
        <w:rPr>
          <w:rFonts w:ascii="Times New Roman" w:hAnsi="Times New Roman" w:cs="Times New Roman"/>
          <w:color w:val="00B050"/>
          <w:sz w:val="24"/>
          <w:szCs w:val="24"/>
        </w:rPr>
        <w:t>Applicant Information</w:t>
      </w:r>
    </w:p>
    <w:p w14:paraId="3C28EB8A" w14:textId="0E4683CD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Full Name: ____________________________</w:t>
      </w:r>
      <w:r w:rsidR="00410B09">
        <w:rPr>
          <w:rFonts w:ascii="Times New Roman" w:hAnsi="Times New Roman" w:cs="Times New Roman"/>
          <w:sz w:val="24"/>
          <w:szCs w:val="24"/>
        </w:rPr>
        <w:t>____________</w:t>
      </w:r>
      <w:r w:rsidRPr="00410B09">
        <w:rPr>
          <w:rFonts w:ascii="Times New Roman" w:hAnsi="Times New Roman" w:cs="Times New Roman"/>
          <w:sz w:val="24"/>
          <w:szCs w:val="24"/>
        </w:rPr>
        <w:t>______</w:t>
      </w:r>
      <w:r w:rsidR="00410B09">
        <w:rPr>
          <w:rFonts w:ascii="Times New Roman" w:hAnsi="Times New Roman" w:cs="Times New Roman"/>
          <w:sz w:val="24"/>
          <w:szCs w:val="24"/>
        </w:rPr>
        <w:t xml:space="preserve"> Today’s Date: _______________</w:t>
      </w:r>
    </w:p>
    <w:p w14:paraId="37180F7C" w14:textId="7EDD63B1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Phone Number: ______________________</w:t>
      </w:r>
      <w:r w:rsidR="00410B09">
        <w:rPr>
          <w:rFonts w:ascii="Times New Roman" w:hAnsi="Times New Roman" w:cs="Times New Roman"/>
          <w:sz w:val="24"/>
          <w:szCs w:val="24"/>
        </w:rPr>
        <w:t xml:space="preserve"> </w:t>
      </w:r>
      <w:r w:rsidRPr="00410B09">
        <w:rPr>
          <w:rFonts w:ascii="Times New Roman" w:hAnsi="Times New Roman" w:cs="Times New Roman"/>
          <w:sz w:val="24"/>
          <w:szCs w:val="24"/>
        </w:rPr>
        <w:t>Email Address: _________________________</w:t>
      </w:r>
      <w:r w:rsidR="00410B09">
        <w:rPr>
          <w:rFonts w:ascii="Times New Roman" w:hAnsi="Times New Roman" w:cs="Times New Roman"/>
          <w:sz w:val="24"/>
          <w:szCs w:val="24"/>
        </w:rPr>
        <w:t>_</w:t>
      </w:r>
      <w:r w:rsidRPr="00410B09">
        <w:rPr>
          <w:rFonts w:ascii="Times New Roman" w:hAnsi="Times New Roman" w:cs="Times New Roman"/>
          <w:sz w:val="24"/>
          <w:szCs w:val="24"/>
        </w:rPr>
        <w:t>_________</w:t>
      </w:r>
    </w:p>
    <w:p w14:paraId="52BCD77A" w14:textId="4B4CFFCC" w:rsidR="00C560E1" w:rsidRPr="00410B09" w:rsidRDefault="00410B09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Street </w:t>
      </w:r>
      <w:r w:rsidR="00000000" w:rsidRPr="00410B09">
        <w:rPr>
          <w:rFonts w:ascii="Times New Roman" w:hAnsi="Times New Roman" w:cs="Times New Roman"/>
          <w:sz w:val="24"/>
          <w:szCs w:val="24"/>
        </w:rPr>
        <w:t>Address: 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0000" w:rsidRPr="00410B09">
        <w:rPr>
          <w:rFonts w:ascii="Times New Roman" w:hAnsi="Times New Roman" w:cs="Times New Roman"/>
          <w:sz w:val="24"/>
          <w:szCs w:val="24"/>
        </w:rPr>
        <w:t>City/State/Zip: ___________________________</w:t>
      </w:r>
    </w:p>
    <w:p w14:paraId="31A343D4" w14:textId="77777777" w:rsidR="00C560E1" w:rsidRPr="00410B09" w:rsidRDefault="00000000" w:rsidP="00410B09">
      <w:pPr>
        <w:pStyle w:val="Heading3"/>
        <w:spacing w:before="0"/>
        <w:rPr>
          <w:rFonts w:ascii="Times New Roman" w:hAnsi="Times New Roman" w:cs="Times New Roman"/>
          <w:color w:val="00B050"/>
          <w:sz w:val="24"/>
          <w:szCs w:val="24"/>
        </w:rPr>
      </w:pPr>
      <w:r w:rsidRPr="00410B09">
        <w:rPr>
          <w:rFonts w:ascii="Times New Roman" w:hAnsi="Times New Roman" w:cs="Times New Roman"/>
          <w:color w:val="00B050"/>
          <w:sz w:val="24"/>
          <w:szCs w:val="24"/>
        </w:rPr>
        <w:t>Position Information</w:t>
      </w:r>
    </w:p>
    <w:p w14:paraId="50785772" w14:textId="161930C5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Position Applying For: ___________________________</w:t>
      </w:r>
      <w:r w:rsidR="00410B09">
        <w:rPr>
          <w:rFonts w:ascii="Times New Roman" w:hAnsi="Times New Roman" w:cs="Times New Roman"/>
          <w:sz w:val="24"/>
          <w:szCs w:val="24"/>
        </w:rPr>
        <w:t xml:space="preserve"> </w:t>
      </w:r>
      <w:r w:rsidRPr="00410B09">
        <w:rPr>
          <w:rFonts w:ascii="Times New Roman" w:hAnsi="Times New Roman" w:cs="Times New Roman"/>
          <w:sz w:val="24"/>
          <w:szCs w:val="24"/>
        </w:rPr>
        <w:t>Available Start Date: ____________________</w:t>
      </w:r>
    </w:p>
    <w:p w14:paraId="33BF9C03" w14:textId="77777777" w:rsidR="00C560E1" w:rsidRDefault="00000000" w:rsidP="00410B09">
      <w:pPr>
        <w:pStyle w:val="Heading3"/>
        <w:spacing w:before="0"/>
        <w:rPr>
          <w:rFonts w:ascii="Times New Roman" w:hAnsi="Times New Roman" w:cs="Times New Roman"/>
          <w:color w:val="00B050"/>
          <w:sz w:val="24"/>
          <w:szCs w:val="24"/>
        </w:rPr>
      </w:pPr>
      <w:r w:rsidRPr="00410B09">
        <w:rPr>
          <w:rFonts w:ascii="Times New Roman" w:hAnsi="Times New Roman" w:cs="Times New Roman"/>
          <w:color w:val="00B050"/>
          <w:sz w:val="24"/>
          <w:szCs w:val="24"/>
        </w:rPr>
        <w:t>Availability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0"/>
        <w:gridCol w:w="1471"/>
        <w:gridCol w:w="1471"/>
        <w:gridCol w:w="1471"/>
        <w:gridCol w:w="1471"/>
        <w:gridCol w:w="1471"/>
        <w:gridCol w:w="1471"/>
      </w:tblGrid>
      <w:tr w:rsidR="00410B09" w14:paraId="03BC295B" w14:textId="77777777" w:rsidTr="00410B09">
        <w:tc>
          <w:tcPr>
            <w:tcW w:w="1470" w:type="dxa"/>
          </w:tcPr>
          <w:p w14:paraId="2CC418D8" w14:textId="02BAFA53" w:rsidR="00410B09" w:rsidRPr="00B02DFF" w:rsidRDefault="00410B09" w:rsidP="00B02DFF">
            <w:pPr>
              <w:jc w:val="center"/>
              <w:rPr>
                <w:b/>
                <w:bCs/>
              </w:rPr>
            </w:pPr>
            <w:r w:rsidRPr="00B02DFF">
              <w:rPr>
                <w:b/>
                <w:bCs/>
              </w:rPr>
              <w:t>Monday</w:t>
            </w:r>
          </w:p>
        </w:tc>
        <w:tc>
          <w:tcPr>
            <w:tcW w:w="1471" w:type="dxa"/>
          </w:tcPr>
          <w:p w14:paraId="79F9E37E" w14:textId="5E05EFCB" w:rsidR="00410B09" w:rsidRPr="00B02DFF" w:rsidRDefault="00410B09" w:rsidP="00B02DFF">
            <w:pPr>
              <w:jc w:val="center"/>
              <w:rPr>
                <w:b/>
                <w:bCs/>
              </w:rPr>
            </w:pPr>
            <w:r w:rsidRPr="00B02DFF">
              <w:rPr>
                <w:b/>
                <w:bCs/>
              </w:rPr>
              <w:t>Tuesday</w:t>
            </w:r>
          </w:p>
        </w:tc>
        <w:tc>
          <w:tcPr>
            <w:tcW w:w="1471" w:type="dxa"/>
          </w:tcPr>
          <w:p w14:paraId="02994E7D" w14:textId="30914E89" w:rsidR="00410B09" w:rsidRPr="00B02DFF" w:rsidRDefault="00410B09" w:rsidP="00B02DFF">
            <w:pPr>
              <w:jc w:val="center"/>
              <w:rPr>
                <w:b/>
                <w:bCs/>
              </w:rPr>
            </w:pPr>
            <w:r w:rsidRPr="00B02DFF">
              <w:rPr>
                <w:b/>
                <w:bCs/>
              </w:rPr>
              <w:t>Wednesday</w:t>
            </w:r>
          </w:p>
        </w:tc>
        <w:tc>
          <w:tcPr>
            <w:tcW w:w="1471" w:type="dxa"/>
          </w:tcPr>
          <w:p w14:paraId="4E64D2AC" w14:textId="32212508" w:rsidR="00410B09" w:rsidRPr="00B02DFF" w:rsidRDefault="00410B09" w:rsidP="00B02DFF">
            <w:pPr>
              <w:jc w:val="center"/>
              <w:rPr>
                <w:b/>
                <w:bCs/>
              </w:rPr>
            </w:pPr>
            <w:r w:rsidRPr="00B02DFF">
              <w:rPr>
                <w:b/>
                <w:bCs/>
              </w:rPr>
              <w:t>Thursday</w:t>
            </w:r>
          </w:p>
        </w:tc>
        <w:tc>
          <w:tcPr>
            <w:tcW w:w="1471" w:type="dxa"/>
          </w:tcPr>
          <w:p w14:paraId="0CF2F259" w14:textId="6F17F078" w:rsidR="00410B09" w:rsidRPr="00B02DFF" w:rsidRDefault="00410B09" w:rsidP="00B02DFF">
            <w:pPr>
              <w:jc w:val="center"/>
              <w:rPr>
                <w:b/>
                <w:bCs/>
              </w:rPr>
            </w:pPr>
            <w:r w:rsidRPr="00B02DFF">
              <w:rPr>
                <w:b/>
                <w:bCs/>
              </w:rPr>
              <w:t>Friday</w:t>
            </w:r>
          </w:p>
        </w:tc>
        <w:tc>
          <w:tcPr>
            <w:tcW w:w="1471" w:type="dxa"/>
          </w:tcPr>
          <w:p w14:paraId="5F47ECFD" w14:textId="06C8658B" w:rsidR="00410B09" w:rsidRPr="00B02DFF" w:rsidRDefault="00410B09" w:rsidP="00B02DFF">
            <w:pPr>
              <w:jc w:val="center"/>
              <w:rPr>
                <w:b/>
                <w:bCs/>
              </w:rPr>
            </w:pPr>
            <w:r w:rsidRPr="00B02DFF">
              <w:rPr>
                <w:b/>
                <w:bCs/>
              </w:rPr>
              <w:t>Saturday</w:t>
            </w:r>
          </w:p>
        </w:tc>
        <w:tc>
          <w:tcPr>
            <w:tcW w:w="1471" w:type="dxa"/>
          </w:tcPr>
          <w:p w14:paraId="655B89A3" w14:textId="762303B1" w:rsidR="00410B09" w:rsidRPr="00B02DFF" w:rsidRDefault="00410B09" w:rsidP="00B02DFF">
            <w:pPr>
              <w:jc w:val="center"/>
              <w:rPr>
                <w:b/>
                <w:bCs/>
              </w:rPr>
            </w:pPr>
            <w:r w:rsidRPr="00B02DFF">
              <w:rPr>
                <w:b/>
                <w:bCs/>
              </w:rPr>
              <w:t>Sunday</w:t>
            </w:r>
          </w:p>
        </w:tc>
      </w:tr>
      <w:tr w:rsidR="00410B09" w14:paraId="10D3C497" w14:textId="77777777" w:rsidTr="00410B09">
        <w:tc>
          <w:tcPr>
            <w:tcW w:w="1470" w:type="dxa"/>
          </w:tcPr>
          <w:p w14:paraId="648B3431" w14:textId="77777777" w:rsidR="00410B09" w:rsidRDefault="00410B09" w:rsidP="00410B09"/>
        </w:tc>
        <w:tc>
          <w:tcPr>
            <w:tcW w:w="1471" w:type="dxa"/>
          </w:tcPr>
          <w:p w14:paraId="4B5E151D" w14:textId="77777777" w:rsidR="00410B09" w:rsidRDefault="00410B09" w:rsidP="00410B09"/>
        </w:tc>
        <w:tc>
          <w:tcPr>
            <w:tcW w:w="1471" w:type="dxa"/>
          </w:tcPr>
          <w:p w14:paraId="735CE727" w14:textId="77777777" w:rsidR="00410B09" w:rsidRDefault="00410B09" w:rsidP="00410B09"/>
        </w:tc>
        <w:tc>
          <w:tcPr>
            <w:tcW w:w="1471" w:type="dxa"/>
          </w:tcPr>
          <w:p w14:paraId="4E1CB967" w14:textId="77777777" w:rsidR="00410B09" w:rsidRDefault="00410B09" w:rsidP="00410B09"/>
        </w:tc>
        <w:tc>
          <w:tcPr>
            <w:tcW w:w="1471" w:type="dxa"/>
          </w:tcPr>
          <w:p w14:paraId="3F019689" w14:textId="77777777" w:rsidR="00410B09" w:rsidRDefault="00410B09" w:rsidP="00410B09"/>
        </w:tc>
        <w:tc>
          <w:tcPr>
            <w:tcW w:w="1471" w:type="dxa"/>
          </w:tcPr>
          <w:p w14:paraId="3AF8D1BF" w14:textId="77777777" w:rsidR="00410B09" w:rsidRDefault="00410B09" w:rsidP="00410B09"/>
        </w:tc>
        <w:tc>
          <w:tcPr>
            <w:tcW w:w="1471" w:type="dxa"/>
          </w:tcPr>
          <w:p w14:paraId="76936D44" w14:textId="77777777" w:rsidR="00410B09" w:rsidRDefault="00410B09" w:rsidP="00410B09"/>
        </w:tc>
      </w:tr>
    </w:tbl>
    <w:p w14:paraId="13C70D35" w14:textId="77777777" w:rsidR="00C560E1" w:rsidRPr="00410B09" w:rsidRDefault="00000000" w:rsidP="00410B09">
      <w:pPr>
        <w:pStyle w:val="Heading3"/>
        <w:spacing w:before="0"/>
        <w:rPr>
          <w:rFonts w:ascii="Times New Roman" w:hAnsi="Times New Roman" w:cs="Times New Roman"/>
          <w:color w:val="00B050"/>
          <w:sz w:val="24"/>
          <w:szCs w:val="24"/>
        </w:rPr>
      </w:pPr>
      <w:r w:rsidRPr="00410B09">
        <w:rPr>
          <w:rFonts w:ascii="Times New Roman" w:hAnsi="Times New Roman" w:cs="Times New Roman"/>
          <w:color w:val="00B050"/>
          <w:sz w:val="24"/>
          <w:szCs w:val="24"/>
        </w:rPr>
        <w:t>Education</w:t>
      </w:r>
    </w:p>
    <w:p w14:paraId="56526EBD" w14:textId="2649DB1A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High School: ______________________________________</w:t>
      </w:r>
      <w:r w:rsidR="00410B09">
        <w:rPr>
          <w:rFonts w:ascii="Times New Roman" w:hAnsi="Times New Roman" w:cs="Times New Roman"/>
          <w:sz w:val="24"/>
          <w:szCs w:val="24"/>
        </w:rPr>
        <w:t>____ Year of graduation: __________</w:t>
      </w:r>
      <w:r w:rsidRPr="00410B09">
        <w:rPr>
          <w:rFonts w:ascii="Times New Roman" w:hAnsi="Times New Roman" w:cs="Times New Roman"/>
          <w:sz w:val="24"/>
          <w:szCs w:val="24"/>
        </w:rPr>
        <w:t>__</w:t>
      </w:r>
      <w:r w:rsidR="00410B09">
        <w:rPr>
          <w:rFonts w:ascii="Times New Roman" w:hAnsi="Times New Roman" w:cs="Times New Roman"/>
          <w:sz w:val="24"/>
          <w:szCs w:val="24"/>
        </w:rPr>
        <w:t>_</w:t>
      </w:r>
      <w:r w:rsidRPr="00410B09">
        <w:rPr>
          <w:rFonts w:ascii="Times New Roman" w:hAnsi="Times New Roman" w:cs="Times New Roman"/>
          <w:sz w:val="24"/>
          <w:szCs w:val="24"/>
        </w:rPr>
        <w:t>_</w:t>
      </w:r>
    </w:p>
    <w:p w14:paraId="336F2340" w14:textId="28F89F8D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College/Technical School: _______________________________</w:t>
      </w:r>
      <w:r w:rsidR="00410B09">
        <w:rPr>
          <w:rFonts w:ascii="Times New Roman" w:hAnsi="Times New Roman" w:cs="Times New Roman"/>
          <w:sz w:val="24"/>
          <w:szCs w:val="24"/>
        </w:rPr>
        <w:t xml:space="preserve"> Year of graduation: __________</w:t>
      </w:r>
      <w:r w:rsidR="00410B09" w:rsidRPr="00410B09">
        <w:rPr>
          <w:rFonts w:ascii="Times New Roman" w:hAnsi="Times New Roman" w:cs="Times New Roman"/>
          <w:sz w:val="24"/>
          <w:szCs w:val="24"/>
        </w:rPr>
        <w:t>__</w:t>
      </w:r>
      <w:r w:rsidR="00410B09">
        <w:rPr>
          <w:rFonts w:ascii="Times New Roman" w:hAnsi="Times New Roman" w:cs="Times New Roman"/>
          <w:sz w:val="24"/>
          <w:szCs w:val="24"/>
        </w:rPr>
        <w:t>_</w:t>
      </w:r>
      <w:r w:rsidR="00410B09" w:rsidRPr="00410B09">
        <w:rPr>
          <w:rFonts w:ascii="Times New Roman" w:hAnsi="Times New Roman" w:cs="Times New Roman"/>
          <w:sz w:val="24"/>
          <w:szCs w:val="24"/>
        </w:rPr>
        <w:t>_</w:t>
      </w:r>
    </w:p>
    <w:p w14:paraId="49A818E1" w14:textId="17964D9D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Degree/Certification: ___________________________________</w:t>
      </w:r>
      <w:r w:rsidR="00410B09">
        <w:rPr>
          <w:rFonts w:ascii="Times New Roman" w:hAnsi="Times New Roman" w:cs="Times New Roman"/>
          <w:sz w:val="24"/>
          <w:szCs w:val="24"/>
        </w:rPr>
        <w:t xml:space="preserve"> Year of graduation: __________</w:t>
      </w:r>
      <w:r w:rsidR="00410B09" w:rsidRPr="00410B09">
        <w:rPr>
          <w:rFonts w:ascii="Times New Roman" w:hAnsi="Times New Roman" w:cs="Times New Roman"/>
          <w:sz w:val="24"/>
          <w:szCs w:val="24"/>
        </w:rPr>
        <w:t>__</w:t>
      </w:r>
      <w:r w:rsidR="00410B09">
        <w:rPr>
          <w:rFonts w:ascii="Times New Roman" w:hAnsi="Times New Roman" w:cs="Times New Roman"/>
          <w:sz w:val="24"/>
          <w:szCs w:val="24"/>
        </w:rPr>
        <w:t>_</w:t>
      </w:r>
      <w:r w:rsidR="00410B09" w:rsidRPr="00410B09">
        <w:rPr>
          <w:rFonts w:ascii="Times New Roman" w:hAnsi="Times New Roman" w:cs="Times New Roman"/>
          <w:sz w:val="24"/>
          <w:szCs w:val="24"/>
        </w:rPr>
        <w:t>_</w:t>
      </w:r>
    </w:p>
    <w:p w14:paraId="50CF4648" w14:textId="77777777" w:rsidR="00C560E1" w:rsidRPr="00410B09" w:rsidRDefault="00000000" w:rsidP="00410B09">
      <w:pPr>
        <w:pStyle w:val="Heading3"/>
        <w:spacing w:before="0"/>
        <w:rPr>
          <w:rFonts w:ascii="Times New Roman" w:hAnsi="Times New Roman" w:cs="Times New Roman"/>
          <w:sz w:val="24"/>
          <w:szCs w:val="24"/>
        </w:rPr>
      </w:pPr>
      <w:r w:rsidRPr="00B02DFF">
        <w:rPr>
          <w:rFonts w:ascii="Times New Roman" w:hAnsi="Times New Roman" w:cs="Times New Roman"/>
          <w:color w:val="00B050"/>
          <w:sz w:val="24"/>
          <w:szCs w:val="24"/>
        </w:rPr>
        <w:t>Certifications &amp; Skills</w:t>
      </w:r>
    </w:p>
    <w:p w14:paraId="3AC80A21" w14:textId="77777777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Segoe UI Symbol" w:hAnsi="Segoe UI Symbol" w:cs="Segoe UI Symbol"/>
          <w:sz w:val="24"/>
          <w:szCs w:val="24"/>
        </w:rPr>
        <w:t>☐</w:t>
      </w:r>
      <w:r w:rsidRPr="00410B09">
        <w:rPr>
          <w:rFonts w:ascii="Times New Roman" w:hAnsi="Times New Roman" w:cs="Times New Roman"/>
          <w:sz w:val="24"/>
          <w:szCs w:val="24"/>
        </w:rPr>
        <w:t xml:space="preserve"> CPR / First Aid Certified</w:t>
      </w:r>
    </w:p>
    <w:p w14:paraId="273962E4" w14:textId="77777777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Segoe UI Symbol" w:hAnsi="Segoe UI Symbol" w:cs="Segoe UI Symbol"/>
          <w:sz w:val="24"/>
          <w:szCs w:val="24"/>
        </w:rPr>
        <w:t>☐</w:t>
      </w:r>
      <w:r w:rsidRPr="00410B09">
        <w:rPr>
          <w:rFonts w:ascii="Times New Roman" w:hAnsi="Times New Roman" w:cs="Times New Roman"/>
          <w:sz w:val="24"/>
          <w:szCs w:val="24"/>
        </w:rPr>
        <w:t xml:space="preserve"> Experience working with children</w:t>
      </w:r>
    </w:p>
    <w:p w14:paraId="5F938291" w14:textId="6728773C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Segoe UI Symbol" w:hAnsi="Segoe UI Symbol" w:cs="Segoe UI Symbol"/>
          <w:sz w:val="24"/>
          <w:szCs w:val="24"/>
        </w:rPr>
        <w:t>☐</w:t>
      </w:r>
      <w:r w:rsidRPr="00410B09">
        <w:rPr>
          <w:rFonts w:ascii="Times New Roman" w:hAnsi="Times New Roman" w:cs="Times New Roman"/>
          <w:sz w:val="24"/>
          <w:szCs w:val="24"/>
        </w:rPr>
        <w:t xml:space="preserve"> </w:t>
      </w:r>
      <w:r w:rsidR="00AF3595">
        <w:rPr>
          <w:rFonts w:ascii="Times New Roman" w:hAnsi="Times New Roman" w:cs="Times New Roman"/>
          <w:sz w:val="24"/>
          <w:szCs w:val="24"/>
        </w:rPr>
        <w:t>Fitness/Gym/</w:t>
      </w:r>
      <w:r w:rsidRPr="00410B09">
        <w:rPr>
          <w:rFonts w:ascii="Times New Roman" w:hAnsi="Times New Roman" w:cs="Times New Roman"/>
          <w:sz w:val="24"/>
          <w:szCs w:val="24"/>
        </w:rPr>
        <w:t xml:space="preserve">Martial Arts </w:t>
      </w:r>
      <w:r w:rsidR="00AF3595">
        <w:rPr>
          <w:rFonts w:ascii="Times New Roman" w:hAnsi="Times New Roman" w:cs="Times New Roman"/>
          <w:sz w:val="24"/>
          <w:szCs w:val="24"/>
        </w:rPr>
        <w:t>related e</w:t>
      </w:r>
      <w:r w:rsidRPr="00410B09">
        <w:rPr>
          <w:rFonts w:ascii="Times New Roman" w:hAnsi="Times New Roman" w:cs="Times New Roman"/>
          <w:sz w:val="24"/>
          <w:szCs w:val="24"/>
        </w:rPr>
        <w:t>xperience</w:t>
      </w:r>
    </w:p>
    <w:p w14:paraId="3904E84A" w14:textId="77777777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Segoe UI Symbol" w:hAnsi="Segoe UI Symbol" w:cs="Segoe UI Symbol"/>
          <w:sz w:val="24"/>
          <w:szCs w:val="24"/>
        </w:rPr>
        <w:t>☐</w:t>
      </w:r>
      <w:r w:rsidRPr="00410B09">
        <w:rPr>
          <w:rFonts w:ascii="Times New Roman" w:hAnsi="Times New Roman" w:cs="Times New Roman"/>
          <w:sz w:val="24"/>
          <w:szCs w:val="24"/>
        </w:rPr>
        <w:t xml:space="preserve"> Valid Driver’s License (if applying for driver position)</w:t>
      </w:r>
    </w:p>
    <w:p w14:paraId="236F191F" w14:textId="78237993" w:rsidR="00B02DFF" w:rsidRPr="00410B09" w:rsidRDefault="00000000" w:rsidP="00B02DFF">
      <w:pPr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Other Relevant Skills: _______________________________________</w:t>
      </w:r>
    </w:p>
    <w:p w14:paraId="7E2C70E6" w14:textId="77777777" w:rsidR="00C560E1" w:rsidRPr="00B02DFF" w:rsidRDefault="00000000" w:rsidP="00410B09">
      <w:pPr>
        <w:pStyle w:val="Heading3"/>
        <w:spacing w:before="0"/>
        <w:rPr>
          <w:rFonts w:ascii="Times New Roman" w:hAnsi="Times New Roman" w:cs="Times New Roman"/>
          <w:color w:val="00B050"/>
          <w:sz w:val="24"/>
          <w:szCs w:val="24"/>
        </w:rPr>
      </w:pPr>
      <w:r w:rsidRPr="00B02DFF">
        <w:rPr>
          <w:rFonts w:ascii="Times New Roman" w:hAnsi="Times New Roman" w:cs="Times New Roman"/>
          <w:color w:val="00B050"/>
          <w:sz w:val="24"/>
          <w:szCs w:val="24"/>
        </w:rPr>
        <w:t>Employment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1890"/>
        <w:gridCol w:w="2340"/>
        <w:gridCol w:w="2160"/>
        <w:gridCol w:w="1098"/>
      </w:tblGrid>
      <w:tr w:rsidR="00B02DFF" w14:paraId="2CA3ED85" w14:textId="77777777" w:rsidTr="00B02DFF">
        <w:tc>
          <w:tcPr>
            <w:tcW w:w="2808" w:type="dxa"/>
          </w:tcPr>
          <w:p w14:paraId="357AA42B" w14:textId="0645E4C4" w:rsidR="00B02DFF" w:rsidRDefault="00B02DFF" w:rsidP="00B02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Most Recent Employer</w:t>
            </w:r>
          </w:p>
        </w:tc>
        <w:tc>
          <w:tcPr>
            <w:tcW w:w="1890" w:type="dxa"/>
          </w:tcPr>
          <w:p w14:paraId="3CF8C529" w14:textId="32E7EF29" w:rsidR="00B02DFF" w:rsidRDefault="00B02DFF" w:rsidP="00B02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 Held</w:t>
            </w:r>
          </w:p>
        </w:tc>
        <w:tc>
          <w:tcPr>
            <w:tcW w:w="2340" w:type="dxa"/>
          </w:tcPr>
          <w:p w14:paraId="2EB090EF" w14:textId="516B68CA" w:rsidR="00B02DFF" w:rsidRDefault="00B02DFF" w:rsidP="00B02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Dates of Employment</w:t>
            </w:r>
          </w:p>
        </w:tc>
        <w:tc>
          <w:tcPr>
            <w:tcW w:w="2160" w:type="dxa"/>
          </w:tcPr>
          <w:p w14:paraId="46B4EEE6" w14:textId="149505B5" w:rsidR="00B02DFF" w:rsidRDefault="00B02DFF" w:rsidP="00B02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Reason for Leaving</w:t>
            </w:r>
          </w:p>
        </w:tc>
        <w:tc>
          <w:tcPr>
            <w:tcW w:w="1098" w:type="dxa"/>
          </w:tcPr>
          <w:p w14:paraId="263DD1BC" w14:textId="181E93AA" w:rsidR="00B02DFF" w:rsidRDefault="00B02DFF" w:rsidP="00B02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Pay Rate</w:t>
            </w:r>
          </w:p>
        </w:tc>
      </w:tr>
      <w:tr w:rsidR="00B02DFF" w14:paraId="637CEB14" w14:textId="77777777" w:rsidTr="00B02DFF">
        <w:tc>
          <w:tcPr>
            <w:tcW w:w="2808" w:type="dxa"/>
          </w:tcPr>
          <w:p w14:paraId="3A256558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02A073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DBC117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48B448E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DD1D413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5C1CA99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0686266E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DFF" w14:paraId="7F8D4C3A" w14:textId="77777777" w:rsidTr="00B02DFF">
        <w:tc>
          <w:tcPr>
            <w:tcW w:w="2808" w:type="dxa"/>
          </w:tcPr>
          <w:p w14:paraId="6DB3B694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C7EC7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3430B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73FE299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8E4ED1C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16929CF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2A75AD7D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DFF" w14:paraId="0AAA0660" w14:textId="77777777" w:rsidTr="00B02DFF">
        <w:tc>
          <w:tcPr>
            <w:tcW w:w="2808" w:type="dxa"/>
          </w:tcPr>
          <w:p w14:paraId="4587643A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60D9B7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B259A2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72592C3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77C26CB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0E91F6C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1A675EBC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DFF" w14:paraId="2FDC7272" w14:textId="77777777" w:rsidTr="00B02DFF">
        <w:tc>
          <w:tcPr>
            <w:tcW w:w="2808" w:type="dxa"/>
          </w:tcPr>
          <w:p w14:paraId="45C485E9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64D27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84F94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491BCB4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6011A5B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235D1484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44E8BE61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DFF" w14:paraId="64BF2067" w14:textId="77777777" w:rsidTr="00B02DFF">
        <w:tc>
          <w:tcPr>
            <w:tcW w:w="2808" w:type="dxa"/>
          </w:tcPr>
          <w:p w14:paraId="3C9B525F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5966DD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38E641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6E63471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8768B06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16C032F5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666FA94F" w14:textId="77777777" w:rsidR="00B02DFF" w:rsidRDefault="00B02DFF" w:rsidP="00410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95A3AD" w14:textId="77777777" w:rsidR="00C560E1" w:rsidRPr="00B02DFF" w:rsidRDefault="00000000" w:rsidP="00410B09">
      <w:pPr>
        <w:pStyle w:val="Heading3"/>
        <w:spacing w:before="0"/>
        <w:rPr>
          <w:rFonts w:ascii="Times New Roman" w:hAnsi="Times New Roman" w:cs="Times New Roman"/>
          <w:color w:val="00B050"/>
          <w:sz w:val="24"/>
          <w:szCs w:val="24"/>
        </w:rPr>
      </w:pPr>
      <w:r w:rsidRPr="00B02DFF">
        <w:rPr>
          <w:rFonts w:ascii="Times New Roman" w:hAnsi="Times New Roman" w:cs="Times New Roman"/>
          <w:color w:val="00B050"/>
          <w:sz w:val="24"/>
          <w:szCs w:val="24"/>
        </w:rPr>
        <w:lastRenderedPageBreak/>
        <w:t>References (3 Required)</w:t>
      </w:r>
    </w:p>
    <w:p w14:paraId="3CB4EF14" w14:textId="1D8429DD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1. Name: ___________</w:t>
      </w:r>
      <w:r w:rsidR="00B02DFF">
        <w:rPr>
          <w:rFonts w:ascii="Times New Roman" w:hAnsi="Times New Roman" w:cs="Times New Roman"/>
          <w:sz w:val="24"/>
          <w:szCs w:val="24"/>
        </w:rPr>
        <w:t>_______</w:t>
      </w:r>
      <w:r w:rsidRPr="00410B09">
        <w:rPr>
          <w:rFonts w:ascii="Times New Roman" w:hAnsi="Times New Roman" w:cs="Times New Roman"/>
          <w:sz w:val="24"/>
          <w:szCs w:val="24"/>
        </w:rPr>
        <w:t>__</w:t>
      </w:r>
      <w:r w:rsidR="00B02DFF">
        <w:rPr>
          <w:rFonts w:ascii="Times New Roman" w:hAnsi="Times New Roman" w:cs="Times New Roman"/>
          <w:sz w:val="24"/>
          <w:szCs w:val="24"/>
        </w:rPr>
        <w:t>_____</w:t>
      </w:r>
      <w:r w:rsidRPr="00410B09">
        <w:rPr>
          <w:rFonts w:ascii="Times New Roman" w:hAnsi="Times New Roman" w:cs="Times New Roman"/>
          <w:sz w:val="24"/>
          <w:szCs w:val="24"/>
        </w:rPr>
        <w:t>___</w:t>
      </w:r>
      <w:r w:rsidR="00B02DFF">
        <w:rPr>
          <w:rFonts w:ascii="Times New Roman" w:hAnsi="Times New Roman" w:cs="Times New Roman"/>
          <w:sz w:val="24"/>
          <w:szCs w:val="24"/>
        </w:rPr>
        <w:t>____</w:t>
      </w:r>
      <w:r w:rsidRPr="00410B09">
        <w:rPr>
          <w:rFonts w:ascii="Times New Roman" w:hAnsi="Times New Roman" w:cs="Times New Roman"/>
          <w:sz w:val="24"/>
          <w:szCs w:val="24"/>
        </w:rPr>
        <w:t xml:space="preserve">__  </w:t>
      </w:r>
      <w:r w:rsidR="00B02DFF">
        <w:rPr>
          <w:rFonts w:ascii="Times New Roman" w:hAnsi="Times New Roman" w:cs="Times New Roman"/>
          <w:sz w:val="24"/>
          <w:szCs w:val="24"/>
        </w:rPr>
        <w:t xml:space="preserve"> </w:t>
      </w:r>
      <w:r w:rsidRPr="00410B09">
        <w:rPr>
          <w:rFonts w:ascii="Times New Roman" w:hAnsi="Times New Roman" w:cs="Times New Roman"/>
          <w:sz w:val="24"/>
          <w:szCs w:val="24"/>
        </w:rPr>
        <w:t xml:space="preserve">Phone/Email: </w:t>
      </w:r>
      <w:r w:rsidR="00B02DFF">
        <w:rPr>
          <w:rFonts w:ascii="Times New Roman" w:hAnsi="Times New Roman" w:cs="Times New Roman"/>
          <w:sz w:val="24"/>
          <w:szCs w:val="24"/>
        </w:rPr>
        <w:t>_________</w:t>
      </w:r>
      <w:r w:rsidRPr="00410B09">
        <w:rPr>
          <w:rFonts w:ascii="Times New Roman" w:hAnsi="Times New Roman" w:cs="Times New Roman"/>
          <w:sz w:val="24"/>
          <w:szCs w:val="24"/>
        </w:rPr>
        <w:t>____________________</w:t>
      </w:r>
    </w:p>
    <w:p w14:paraId="044493D5" w14:textId="2B7EFB14" w:rsidR="00C560E1" w:rsidRPr="00410B09" w:rsidRDefault="00000000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2. Name: __________________</w:t>
      </w:r>
      <w:r w:rsidR="00B02DFF">
        <w:rPr>
          <w:rFonts w:ascii="Times New Roman" w:hAnsi="Times New Roman" w:cs="Times New Roman"/>
          <w:sz w:val="24"/>
          <w:szCs w:val="24"/>
        </w:rPr>
        <w:t>________________</w:t>
      </w:r>
      <w:r w:rsidRPr="00410B09">
        <w:rPr>
          <w:rFonts w:ascii="Times New Roman" w:hAnsi="Times New Roman" w:cs="Times New Roman"/>
          <w:sz w:val="24"/>
          <w:szCs w:val="24"/>
        </w:rPr>
        <w:t xml:space="preserve">  </w:t>
      </w:r>
      <w:r w:rsidR="00B02DFF">
        <w:rPr>
          <w:rFonts w:ascii="Times New Roman" w:hAnsi="Times New Roman" w:cs="Times New Roman"/>
          <w:sz w:val="24"/>
          <w:szCs w:val="24"/>
        </w:rPr>
        <w:t xml:space="preserve"> </w:t>
      </w:r>
      <w:r w:rsidRPr="00410B09">
        <w:rPr>
          <w:rFonts w:ascii="Times New Roman" w:hAnsi="Times New Roman" w:cs="Times New Roman"/>
          <w:sz w:val="24"/>
          <w:szCs w:val="24"/>
        </w:rPr>
        <w:t>Phone/Email: _________</w:t>
      </w:r>
      <w:r w:rsidR="00B02DFF">
        <w:rPr>
          <w:rFonts w:ascii="Times New Roman" w:hAnsi="Times New Roman" w:cs="Times New Roman"/>
          <w:sz w:val="24"/>
          <w:szCs w:val="24"/>
        </w:rPr>
        <w:t>_________</w:t>
      </w:r>
      <w:r w:rsidRPr="00410B09">
        <w:rPr>
          <w:rFonts w:ascii="Times New Roman" w:hAnsi="Times New Roman" w:cs="Times New Roman"/>
          <w:sz w:val="24"/>
          <w:szCs w:val="24"/>
        </w:rPr>
        <w:t>___________</w:t>
      </w:r>
    </w:p>
    <w:p w14:paraId="55E80362" w14:textId="7A169D44" w:rsidR="00C560E1" w:rsidRPr="00410B09" w:rsidRDefault="00000000" w:rsidP="00FA4F91">
      <w:pPr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3. Name: __________________</w:t>
      </w:r>
      <w:r w:rsidR="00B02DFF">
        <w:rPr>
          <w:rFonts w:ascii="Times New Roman" w:hAnsi="Times New Roman" w:cs="Times New Roman"/>
          <w:sz w:val="24"/>
          <w:szCs w:val="24"/>
        </w:rPr>
        <w:t>________________</w:t>
      </w:r>
      <w:r w:rsidRPr="00410B09">
        <w:rPr>
          <w:rFonts w:ascii="Times New Roman" w:hAnsi="Times New Roman" w:cs="Times New Roman"/>
          <w:sz w:val="24"/>
          <w:szCs w:val="24"/>
        </w:rPr>
        <w:t xml:space="preserve">  </w:t>
      </w:r>
      <w:r w:rsidR="00B02DFF">
        <w:rPr>
          <w:rFonts w:ascii="Times New Roman" w:hAnsi="Times New Roman" w:cs="Times New Roman"/>
          <w:sz w:val="24"/>
          <w:szCs w:val="24"/>
        </w:rPr>
        <w:t xml:space="preserve"> </w:t>
      </w:r>
      <w:r w:rsidRPr="00410B09">
        <w:rPr>
          <w:rFonts w:ascii="Times New Roman" w:hAnsi="Times New Roman" w:cs="Times New Roman"/>
          <w:sz w:val="24"/>
          <w:szCs w:val="24"/>
        </w:rPr>
        <w:t>Phone/Email: __________________</w:t>
      </w:r>
      <w:r w:rsidR="00B02DFF">
        <w:rPr>
          <w:rFonts w:ascii="Times New Roman" w:hAnsi="Times New Roman" w:cs="Times New Roman"/>
          <w:sz w:val="24"/>
          <w:szCs w:val="24"/>
        </w:rPr>
        <w:t>_________</w:t>
      </w:r>
      <w:r w:rsidRPr="00410B09">
        <w:rPr>
          <w:rFonts w:ascii="Times New Roman" w:hAnsi="Times New Roman" w:cs="Times New Roman"/>
          <w:sz w:val="24"/>
          <w:szCs w:val="24"/>
        </w:rPr>
        <w:t>__</w:t>
      </w:r>
    </w:p>
    <w:p w14:paraId="265A430B" w14:textId="77777777" w:rsidR="00B54EA7" w:rsidRDefault="00B54EA7" w:rsidP="00B54EA7">
      <w:pPr>
        <w:pStyle w:val="ListParagraph"/>
        <w:numPr>
          <w:ilvl w:val="0"/>
          <w:numId w:val="10"/>
        </w:num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B54EA7">
        <w:rPr>
          <w:rFonts w:ascii="Times New Roman" w:hAnsi="Times New Roman" w:cs="Times New Roman"/>
          <w:sz w:val="24"/>
          <w:szCs w:val="24"/>
        </w:rPr>
        <w:t>Have you ever been convicted of a crime that would affect working with minors?  Yes / No</w:t>
      </w:r>
    </w:p>
    <w:p w14:paraId="23F52E03" w14:textId="55E26059" w:rsidR="00B54EA7" w:rsidRPr="00B54EA7" w:rsidRDefault="00B54EA7" w:rsidP="00B54EA7">
      <w:pPr>
        <w:pStyle w:val="ListParagraph"/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B54EA7">
        <w:rPr>
          <w:rFonts w:ascii="Times New Roman" w:hAnsi="Times New Roman" w:cs="Times New Roman"/>
          <w:sz w:val="24"/>
          <w:szCs w:val="24"/>
        </w:rPr>
        <w:t>If yes, please explain: 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Pr="00B54EA7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42D8DA48" w14:textId="77777777" w:rsidR="00B54EA7" w:rsidRDefault="00B54EA7" w:rsidP="00B54EA7">
      <w:pPr>
        <w:pStyle w:val="ListParagraph"/>
        <w:numPr>
          <w:ilvl w:val="0"/>
          <w:numId w:val="10"/>
        </w:numPr>
        <w:spacing w:after="0"/>
        <w:ind w:left="360"/>
      </w:pPr>
      <w:r>
        <w:t xml:space="preserve">Have you ever been dismissed from employment or laid off?  </w:t>
      </w:r>
      <w:r w:rsidRPr="00B54EA7">
        <w:rPr>
          <w:rFonts w:ascii="Times New Roman" w:hAnsi="Times New Roman" w:cs="Times New Roman"/>
          <w:sz w:val="24"/>
          <w:szCs w:val="24"/>
        </w:rPr>
        <w:t>Yes / No</w:t>
      </w:r>
      <w:r>
        <w:t xml:space="preserve"> </w:t>
      </w:r>
    </w:p>
    <w:p w14:paraId="6FE9A582" w14:textId="5D5C8EA3" w:rsidR="00B54EA7" w:rsidRDefault="00B54EA7" w:rsidP="00B54EA7">
      <w:pPr>
        <w:pStyle w:val="ListParagraph"/>
        <w:spacing w:after="0"/>
        <w:ind w:left="360"/>
      </w:pPr>
      <w:r>
        <w:t>(If yes) Why? _______________________________________________________________________________________________________</w:t>
      </w:r>
    </w:p>
    <w:p w14:paraId="0FB9ABDA" w14:textId="1C58ECCF" w:rsidR="00B54EA7" w:rsidRDefault="00B54EA7" w:rsidP="00B54EA7">
      <w:pPr>
        <w:pStyle w:val="ListParagraph"/>
        <w:numPr>
          <w:ilvl w:val="0"/>
          <w:numId w:val="10"/>
        </w:numPr>
        <w:spacing w:after="0"/>
        <w:ind w:left="360"/>
      </w:pPr>
      <w:r>
        <w:t xml:space="preserve">Are you legally eligible to work in the United States? </w:t>
      </w:r>
      <w:r w:rsidRPr="00B54EA7">
        <w:rPr>
          <w:rFonts w:ascii="Times New Roman" w:hAnsi="Times New Roman" w:cs="Times New Roman"/>
          <w:sz w:val="24"/>
          <w:szCs w:val="24"/>
        </w:rPr>
        <w:t>Yes / No</w:t>
      </w:r>
    </w:p>
    <w:p w14:paraId="1A91C875" w14:textId="309224EA" w:rsidR="00B54EA7" w:rsidRDefault="00B54EA7" w:rsidP="00B54EA7">
      <w:pPr>
        <w:pStyle w:val="ListParagraph"/>
        <w:numPr>
          <w:ilvl w:val="0"/>
          <w:numId w:val="10"/>
        </w:numPr>
        <w:spacing w:after="0"/>
        <w:ind w:left="360"/>
      </w:pPr>
      <w:r>
        <w:t xml:space="preserve">Are you currently employed? </w:t>
      </w:r>
      <w:r w:rsidRPr="00B54EA7">
        <w:rPr>
          <w:rFonts w:ascii="Times New Roman" w:hAnsi="Times New Roman" w:cs="Times New Roman"/>
          <w:sz w:val="24"/>
          <w:szCs w:val="24"/>
        </w:rPr>
        <w:t>Yes / No</w:t>
      </w:r>
    </w:p>
    <w:p w14:paraId="266DAE9E" w14:textId="65C3ED32" w:rsidR="00B54EA7" w:rsidRDefault="00B54EA7" w:rsidP="00B54EA7">
      <w:pPr>
        <w:spacing w:after="0"/>
      </w:pPr>
    </w:p>
    <w:p w14:paraId="58693B0E" w14:textId="1123AA80" w:rsidR="00B54EA7" w:rsidRPr="00B54EA7" w:rsidRDefault="00B54EA7" w:rsidP="00B54EA7">
      <w:pPr>
        <w:pStyle w:val="Heading3"/>
        <w:spacing w:before="0"/>
        <w:rPr>
          <w:rFonts w:ascii="Times New Roman" w:hAnsi="Times New Roman" w:cs="Times New Roman"/>
          <w:color w:val="00B050"/>
          <w:sz w:val="24"/>
          <w:szCs w:val="24"/>
        </w:rPr>
      </w:pPr>
      <w:r w:rsidRPr="00B02DFF">
        <w:rPr>
          <w:rFonts w:ascii="Times New Roman" w:hAnsi="Times New Roman" w:cs="Times New Roman"/>
          <w:color w:val="00B050"/>
          <w:sz w:val="24"/>
          <w:szCs w:val="24"/>
        </w:rPr>
        <w:t>Applicant Certification</w:t>
      </w:r>
      <w:r w:rsidR="0072439E">
        <w:rPr>
          <w:rFonts w:ascii="Times New Roman" w:hAnsi="Times New Roman" w:cs="Times New Roman"/>
          <w:color w:val="00B050"/>
          <w:sz w:val="24"/>
          <w:szCs w:val="24"/>
        </w:rPr>
        <w:t xml:space="preserve"> &amp; Agreement</w:t>
      </w:r>
    </w:p>
    <w:p w14:paraId="44729110" w14:textId="373C7BFF" w:rsidR="00B54EA7" w:rsidRDefault="00B54EA7" w:rsidP="00B54EA7">
      <w:pPr>
        <w:pStyle w:val="ListParagraph"/>
        <w:numPr>
          <w:ilvl w:val="0"/>
          <w:numId w:val="10"/>
        </w:numPr>
        <w:spacing w:after="0"/>
        <w:ind w:left="360"/>
      </w:pPr>
      <w:r w:rsidRPr="00B54EA7">
        <w:t>I understand that, due to the youth-focused nature of this organization, a background check and criminal history review may be required prior to employment. I consent to such screening if requested and understand that employment offers are contingent upon satisfactory results.</w:t>
      </w:r>
    </w:p>
    <w:p w14:paraId="25A942D6" w14:textId="75AE8D60" w:rsidR="00B54EA7" w:rsidRPr="00B54EA7" w:rsidRDefault="00B54EA7" w:rsidP="00B54EA7">
      <w:pPr>
        <w:pStyle w:val="ListParagraph"/>
        <w:spacing w:after="0"/>
        <w:ind w:left="360"/>
      </w:pPr>
      <w:r w:rsidRPr="00B54EA7">
        <w:rPr>
          <w:rFonts w:ascii="Times New Roman" w:hAnsi="Times New Roman" w:cs="Times New Roman"/>
          <w:sz w:val="24"/>
          <w:szCs w:val="24"/>
        </w:rPr>
        <w:t>I acknowledge that failure to disclose prior convictions or providing false information may result in denial of employment or termination.</w:t>
      </w:r>
    </w:p>
    <w:p w14:paraId="567B254F" w14:textId="77777777" w:rsidR="00B54EA7" w:rsidRDefault="00B54EA7" w:rsidP="00410B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t>Signature: _____________________________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410B09">
        <w:rPr>
          <w:rFonts w:ascii="Times New Roman" w:hAnsi="Times New Roman" w:cs="Times New Roman"/>
          <w:sz w:val="24"/>
          <w:szCs w:val="24"/>
        </w:rPr>
        <w:t>_________    Date: ________________</w:t>
      </w:r>
    </w:p>
    <w:p w14:paraId="30E2E433" w14:textId="77777777" w:rsidR="00B54EA7" w:rsidRDefault="00B54EA7" w:rsidP="00410B0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4FB184" w14:textId="1C7A99B0" w:rsidR="0072439E" w:rsidRPr="0072439E" w:rsidRDefault="0072439E" w:rsidP="0072439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72439E">
        <w:rPr>
          <w:rFonts w:ascii="Times New Roman" w:hAnsi="Times New Roman" w:cs="Times New Roman"/>
          <w:sz w:val="24"/>
          <w:szCs w:val="24"/>
        </w:rPr>
        <w:t>I certify that all information provided in this application is true, complete, and accurate to the best of my knowledge. I understand that any misrepresentation, omission, or falsification of information may result in disqualification from employment or termination if discovered after hire.</w:t>
      </w:r>
    </w:p>
    <w:p w14:paraId="2159DCD0" w14:textId="77777777" w:rsidR="0072439E" w:rsidRPr="0072439E" w:rsidRDefault="0072439E" w:rsidP="00724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439E">
        <w:rPr>
          <w:rFonts w:ascii="Times New Roman" w:hAnsi="Times New Roman" w:cs="Times New Roman"/>
          <w:sz w:val="24"/>
          <w:szCs w:val="24"/>
        </w:rPr>
        <w:t>I authorize Nine Limbs Strikers Martial Arts &amp; Fitness Training Center to verify the information provided, including contacting references and conducting background screening where applicable.</w:t>
      </w:r>
    </w:p>
    <w:p w14:paraId="0F78D276" w14:textId="55F8830C" w:rsidR="0072439E" w:rsidRPr="0072439E" w:rsidRDefault="0072439E" w:rsidP="00724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439E">
        <w:rPr>
          <w:rFonts w:ascii="Times New Roman" w:hAnsi="Times New Roman" w:cs="Times New Roman"/>
          <w:sz w:val="24"/>
          <w:szCs w:val="24"/>
        </w:rPr>
        <w:t>I understand that employment, if offered, is at-will and may be terminated by either party at any time, with or without cause, in accordance with applicable law.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199894EC" w14:textId="77777777" w:rsidR="0072439E" w:rsidRDefault="00000000" w:rsidP="00724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0B09">
        <w:rPr>
          <w:rFonts w:ascii="Times New Roman" w:hAnsi="Times New Roman" w:cs="Times New Roman"/>
          <w:sz w:val="24"/>
          <w:szCs w:val="24"/>
        </w:rPr>
        <w:br/>
      </w:r>
      <w:r w:rsidR="0072439E" w:rsidRPr="00410B09">
        <w:rPr>
          <w:rFonts w:ascii="Times New Roman" w:hAnsi="Times New Roman" w:cs="Times New Roman"/>
          <w:sz w:val="24"/>
          <w:szCs w:val="24"/>
        </w:rPr>
        <w:t>Signature: _____________________________</w:t>
      </w:r>
      <w:r w:rsidR="0072439E">
        <w:rPr>
          <w:rFonts w:ascii="Times New Roman" w:hAnsi="Times New Roman" w:cs="Times New Roman"/>
          <w:sz w:val="24"/>
          <w:szCs w:val="24"/>
        </w:rPr>
        <w:t>______________</w:t>
      </w:r>
      <w:r w:rsidR="0072439E" w:rsidRPr="00410B09">
        <w:rPr>
          <w:rFonts w:ascii="Times New Roman" w:hAnsi="Times New Roman" w:cs="Times New Roman"/>
          <w:sz w:val="24"/>
          <w:szCs w:val="24"/>
        </w:rPr>
        <w:t>_________    Date: ________________</w:t>
      </w:r>
    </w:p>
    <w:p w14:paraId="2FD1A690" w14:textId="0D95E9D2" w:rsidR="00C560E1" w:rsidRPr="00410B09" w:rsidRDefault="00C560E1" w:rsidP="00410B0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560E1" w:rsidRPr="00410B09" w:rsidSect="00410B09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442F8" w14:textId="77777777" w:rsidR="00637F9B" w:rsidRDefault="00637F9B" w:rsidP="00410B09">
      <w:pPr>
        <w:spacing w:after="0" w:line="240" w:lineRule="auto"/>
      </w:pPr>
      <w:r>
        <w:separator/>
      </w:r>
    </w:p>
  </w:endnote>
  <w:endnote w:type="continuationSeparator" w:id="0">
    <w:p w14:paraId="4C3F347A" w14:textId="77777777" w:rsidR="00637F9B" w:rsidRDefault="00637F9B" w:rsidP="00410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8641B" w14:textId="50361A03" w:rsidR="0072439E" w:rsidRDefault="0072439E" w:rsidP="0072439E">
    <w:pPr>
      <w:pStyle w:val="Footer"/>
      <w:jc w:val="center"/>
    </w:pPr>
    <w:r w:rsidRPr="00145600">
      <w:rPr>
        <w:b/>
        <w:bCs/>
      </w:rPr>
      <w:t>Nine Limbs Strikers, LLC</w:t>
    </w:r>
    <w:r w:rsidRPr="00145600">
      <w:t xml:space="preserve"> • 1413 Tatum Dr., New Bern, NC 28562</w:t>
    </w:r>
    <w:r w:rsidRPr="00145600">
      <w:br/>
    </w:r>
    <w:r w:rsidRPr="00145600">
      <w:rPr>
        <w:b/>
        <w:bCs/>
      </w:rPr>
      <w:t>Phone:</w:t>
    </w:r>
    <w:r w:rsidRPr="00145600">
      <w:t xml:space="preserve"> (252) 658-1339 • </w:t>
    </w:r>
    <w:r w:rsidRPr="00145600">
      <w:rPr>
        <w:b/>
        <w:bCs/>
      </w:rPr>
      <w:t>Website:</w:t>
    </w:r>
    <w:r w:rsidRPr="00145600">
      <w:t xml:space="preserve"> www.ninelimbsstrikers.com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E7045" w14:textId="77777777" w:rsidR="00637F9B" w:rsidRDefault="00637F9B" w:rsidP="00410B09">
      <w:pPr>
        <w:spacing w:after="0" w:line="240" w:lineRule="auto"/>
      </w:pPr>
      <w:r>
        <w:separator/>
      </w:r>
    </w:p>
  </w:footnote>
  <w:footnote w:type="continuationSeparator" w:id="0">
    <w:p w14:paraId="49BA3424" w14:textId="77777777" w:rsidR="00637F9B" w:rsidRDefault="00637F9B" w:rsidP="00410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D2C31" w14:textId="439FF1F7" w:rsidR="00410B09" w:rsidRDefault="00410B09" w:rsidP="00410B09">
    <w:pPr>
      <w:pStyle w:val="Header"/>
      <w:jc w:val="center"/>
    </w:pPr>
    <w:r w:rsidRPr="00126277">
      <w:rPr>
        <w:noProof/>
      </w:rPr>
      <w:drawing>
        <wp:inline distT="0" distB="0" distL="0" distR="0" wp14:anchorId="6A127BBA" wp14:editId="62217718">
          <wp:extent cx="2453640" cy="952500"/>
          <wp:effectExtent l="0" t="0" r="0" b="0"/>
          <wp:docPr id="6006271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690" b="25690"/>
                  <a:stretch>
                    <a:fillRect/>
                  </a:stretch>
                </pic:blipFill>
                <pic:spPr bwMode="auto">
                  <a:xfrm>
                    <a:off x="0" y="0"/>
                    <a:ext cx="245364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4296EFD"/>
    <w:multiLevelType w:val="hybridMultilevel"/>
    <w:tmpl w:val="AE78B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5784358">
    <w:abstractNumId w:val="8"/>
  </w:num>
  <w:num w:numId="2" w16cid:durableId="1800296545">
    <w:abstractNumId w:val="6"/>
  </w:num>
  <w:num w:numId="3" w16cid:durableId="2098746524">
    <w:abstractNumId w:val="5"/>
  </w:num>
  <w:num w:numId="4" w16cid:durableId="980043571">
    <w:abstractNumId w:val="4"/>
  </w:num>
  <w:num w:numId="5" w16cid:durableId="1573543391">
    <w:abstractNumId w:val="7"/>
  </w:num>
  <w:num w:numId="6" w16cid:durableId="1954166278">
    <w:abstractNumId w:val="3"/>
  </w:num>
  <w:num w:numId="7" w16cid:durableId="1670328632">
    <w:abstractNumId w:val="2"/>
  </w:num>
  <w:num w:numId="8" w16cid:durableId="1309088172">
    <w:abstractNumId w:val="1"/>
  </w:num>
  <w:num w:numId="9" w16cid:durableId="1623225946">
    <w:abstractNumId w:val="0"/>
  </w:num>
  <w:num w:numId="10" w16cid:durableId="18613598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10B09"/>
    <w:rsid w:val="00637F9B"/>
    <w:rsid w:val="0072439E"/>
    <w:rsid w:val="00AA1D8D"/>
    <w:rsid w:val="00AF3595"/>
    <w:rsid w:val="00B02DFF"/>
    <w:rsid w:val="00B47730"/>
    <w:rsid w:val="00B54EA7"/>
    <w:rsid w:val="00C560E1"/>
    <w:rsid w:val="00CB0664"/>
    <w:rsid w:val="00CB0886"/>
    <w:rsid w:val="00FA4F9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5B44C0"/>
  <w14:defaultImageDpi w14:val="300"/>
  <w15:docId w15:val="{07DBA081-2A11-4B7C-8C5A-5B320B8A7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39E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B54EA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nisachon hinvised</cp:lastModifiedBy>
  <cp:revision>3</cp:revision>
  <dcterms:created xsi:type="dcterms:W3CDTF">2013-12-23T23:15:00Z</dcterms:created>
  <dcterms:modified xsi:type="dcterms:W3CDTF">2026-02-23T22:46:00Z</dcterms:modified>
  <cp:category/>
</cp:coreProperties>
</file>